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2505" w:rsidRDefault="00C8000C">
      <w:pPr>
        <w:spacing w:after="160"/>
      </w:pPr>
      <w:r>
        <w:rPr>
          <w:b/>
          <w:sz w:val="28"/>
        </w:rPr>
        <w:t>ЗАЯВЛЕНИЕ ЗА УЧАСТИЕ</w:t>
      </w:r>
    </w:p>
    <w:p w:rsidR="00B22505" w:rsidRDefault="00C8000C">
      <w:r>
        <w:t>До директора на СУ „Любен Каравелов“ – гр. Димитровград</w:t>
      </w:r>
    </w:p>
    <w:p w:rsidR="00B22505" w:rsidRPr="00361DA3" w:rsidRDefault="00C8000C">
      <w:r>
        <w:t xml:space="preserve">Вх. № / дата: </w:t>
      </w:r>
      <w:r w:rsidRPr="00361DA3">
        <w:t>........................</w:t>
      </w:r>
      <w:r w:rsidRPr="00361DA3">
        <w:t xml:space="preserve"> Код на кандидата: </w:t>
      </w:r>
      <w:r w:rsidRPr="00361DA3">
        <w:t>........................</w:t>
      </w:r>
    </w:p>
    <w:p w:rsidR="00B22505" w:rsidRPr="00361DA3" w:rsidRDefault="00C8000C">
      <w:r w:rsidRPr="00361DA3">
        <w:t xml:space="preserve">Три имена: </w:t>
      </w:r>
      <w:r w:rsidRPr="00361DA3">
        <w:t>........................................................................</w:t>
      </w:r>
    </w:p>
    <w:p w:rsidR="00B22505" w:rsidRPr="00361DA3" w:rsidRDefault="00C8000C">
      <w:r w:rsidRPr="00361DA3">
        <w:t xml:space="preserve">Длъжност / предмет: </w:t>
      </w:r>
      <w:r w:rsidRPr="00361DA3">
        <w:t>........................................................................</w:t>
      </w:r>
    </w:p>
    <w:p w:rsidR="00B22505" w:rsidRPr="00361DA3" w:rsidRDefault="00C8000C">
      <w:r w:rsidRPr="00361DA3">
        <w:t xml:space="preserve">Телефон или електронна поща: </w:t>
      </w:r>
      <w:r w:rsidRPr="00361DA3">
        <w:t>........................................................................</w:t>
      </w:r>
    </w:p>
    <w:p w:rsidR="00B22505" w:rsidRPr="00361DA3" w:rsidRDefault="00C8000C">
      <w:r w:rsidRPr="00361DA3">
        <w:t>Кандидатствам за една дейност:</w:t>
      </w:r>
    </w:p>
    <w:p w:rsidR="00B22505" w:rsidRPr="00361DA3" w:rsidRDefault="00C8000C">
      <w:pPr>
        <w:ind w:left="227"/>
      </w:pPr>
      <w:r w:rsidRPr="00361DA3">
        <w:t>☐</w:t>
      </w:r>
      <w:r w:rsidRPr="00361DA3">
        <w:t xml:space="preserve"> А – Наблюдение на работния п</w:t>
      </w:r>
      <w:r w:rsidRPr="00361DA3">
        <w:t xml:space="preserve">роцес (job shadowing), Португалия: 7 дни; ориентировъчен период </w:t>
      </w:r>
      <w:r w:rsidRPr="00361DA3">
        <w:t>........................</w:t>
      </w:r>
    </w:p>
    <w:p w:rsidR="00B22505" w:rsidRPr="00361DA3" w:rsidRDefault="00C8000C">
      <w:pPr>
        <w:ind w:left="227"/>
      </w:pPr>
      <w:r w:rsidRPr="00361DA3">
        <w:t>☐</w:t>
      </w:r>
      <w:r w:rsidRPr="00361DA3">
        <w:t xml:space="preserve"> Б – Наблюдение на работния процес (job shadowing), Италия: 7 дни; ориентировъчен период </w:t>
      </w:r>
      <w:r w:rsidRPr="00361DA3">
        <w:t>........................</w:t>
      </w:r>
    </w:p>
    <w:p w:rsidR="00B22505" w:rsidRPr="00361DA3" w:rsidRDefault="00C8000C">
      <w:pPr>
        <w:keepNext/>
        <w:spacing w:before="160" w:after="60"/>
      </w:pPr>
      <w:r w:rsidRPr="00361DA3">
        <w:rPr>
          <w:b/>
          <w:sz w:val="21"/>
        </w:rPr>
        <w:t>Кратка мотивация и план</w:t>
      </w:r>
    </w:p>
    <w:p w:rsidR="00B22505" w:rsidRPr="00361DA3" w:rsidRDefault="00C8000C">
      <w:r w:rsidRPr="00361DA3">
        <w:rPr>
          <w:i/>
          <w:sz w:val="17"/>
        </w:rPr>
        <w:t>Отговорете с 2–3 изречения н</w:t>
      </w:r>
      <w:r w:rsidRPr="00361DA3">
        <w:rPr>
          <w:i/>
          <w:sz w:val="17"/>
        </w:rPr>
        <w:t>а всеки въпрос. Полетата могат да се разширят. Не се изискват отделно CV или мотивационно писмо.</w:t>
      </w:r>
    </w:p>
    <w:p w:rsidR="00B22505" w:rsidRPr="00361DA3" w:rsidRDefault="00C8000C">
      <w:pPr>
        <w:spacing w:after="40"/>
      </w:pPr>
      <w:r w:rsidRPr="00361DA3">
        <w:rPr>
          <w:b/>
        </w:rPr>
        <w:t>Критерий 1.</w:t>
      </w:r>
      <w:r w:rsidRPr="00361DA3">
        <w:t xml:space="preserve"> Каква професионална потребност имате, как е свързана с работата Ви, защо избирате тази дейност и каква полза очаквате за учениците?</w:t>
      </w:r>
    </w:p>
    <w:p w:rsidR="00B22505" w:rsidRPr="00361DA3" w:rsidRDefault="00C8000C">
      <w:pPr>
        <w:spacing w:after="40"/>
      </w:pPr>
      <w:r w:rsidRPr="00361DA3">
        <w:t>...............</w:t>
      </w:r>
      <w:r w:rsidRPr="00361DA3">
        <w:t>.................................................................................................................</w:t>
      </w:r>
    </w:p>
    <w:p w:rsidR="00B22505" w:rsidRPr="00361DA3" w:rsidRDefault="00C8000C">
      <w:pPr>
        <w:spacing w:after="40"/>
      </w:pPr>
      <w:r w:rsidRPr="00361DA3">
        <w:t>................................................................................................................................</w:t>
      </w:r>
    </w:p>
    <w:p w:rsidR="00B22505" w:rsidRPr="00361DA3" w:rsidRDefault="00C8000C">
      <w:pPr>
        <w:spacing w:after="40"/>
      </w:pPr>
      <w:r w:rsidRPr="00361DA3">
        <w:rPr>
          <w:b/>
        </w:rPr>
        <w:t>Критерий 2.</w:t>
      </w:r>
      <w:r w:rsidRPr="00361DA3">
        <w:t xml:space="preserve"> З</w:t>
      </w:r>
      <w:r w:rsidRPr="00361DA3">
        <w:t>ащо желаете да участвате, какво ще научите, какви учебни задачи ще изпълнявате и как ще проследите личния си напредък?</w:t>
      </w:r>
    </w:p>
    <w:p w:rsidR="00B22505" w:rsidRPr="00361DA3" w:rsidRDefault="00C8000C">
      <w:pPr>
        <w:spacing w:after="40"/>
      </w:pPr>
      <w:r w:rsidRPr="00361DA3">
        <w:t>................................................................................................................................</w:t>
      </w:r>
    </w:p>
    <w:p w:rsidR="00B22505" w:rsidRPr="00361DA3" w:rsidRDefault="00C8000C">
      <w:pPr>
        <w:spacing w:after="40"/>
      </w:pPr>
      <w:r w:rsidRPr="00361DA3">
        <w:t>........</w:t>
      </w:r>
      <w:r w:rsidRPr="00361DA3">
        <w:t>........................................................................................................................</w:t>
      </w:r>
    </w:p>
    <w:p w:rsidR="00B22505" w:rsidRPr="00361DA3" w:rsidRDefault="00C8000C">
      <w:pPr>
        <w:spacing w:after="40"/>
      </w:pPr>
      <w:r w:rsidRPr="00361DA3">
        <w:rPr>
          <w:b/>
        </w:rPr>
        <w:t>Критерий 3.</w:t>
      </w:r>
      <w:r w:rsidRPr="00361DA3">
        <w:t xml:space="preserve"> Какво ще приложите, кога и с какъв ресурс; с кого и как ще споделите резултатите и как ще измерите ефекта?</w:t>
      </w:r>
    </w:p>
    <w:p w:rsidR="00B22505" w:rsidRPr="00361DA3" w:rsidRDefault="00C8000C">
      <w:pPr>
        <w:spacing w:after="40"/>
      </w:pPr>
      <w:r w:rsidRPr="00361DA3">
        <w:t>................</w:t>
      </w:r>
      <w:r w:rsidRPr="00361DA3">
        <w:t>................................................................................................................</w:t>
      </w:r>
    </w:p>
    <w:p w:rsidR="00B22505" w:rsidRPr="00361DA3" w:rsidRDefault="00C8000C">
      <w:pPr>
        <w:spacing w:after="40"/>
      </w:pPr>
      <w:r w:rsidRPr="00361DA3">
        <w:t>................................................................................................................................</w:t>
      </w:r>
    </w:p>
    <w:p w:rsidR="00B22505" w:rsidRPr="00361DA3" w:rsidRDefault="00C8000C">
      <w:pPr>
        <w:spacing w:after="40"/>
      </w:pPr>
      <w:r w:rsidRPr="00361DA3">
        <w:rPr>
          <w:b/>
        </w:rPr>
        <w:t>Критерий 4.</w:t>
      </w:r>
      <w:r w:rsidRPr="00361DA3">
        <w:t xml:space="preserve"> Пр</w:t>
      </w:r>
      <w:r w:rsidRPr="00361DA3">
        <w:t>инос към езиковото и проектно-базираното обучение: как ще приложите наученото по тази тема и какъв ефект очаквате?</w:t>
      </w:r>
    </w:p>
    <w:p w:rsidR="00B22505" w:rsidRPr="00361DA3" w:rsidRDefault="00C8000C">
      <w:pPr>
        <w:spacing w:after="40"/>
      </w:pPr>
      <w:r w:rsidRPr="00361DA3">
        <w:t>................................................................................................................................</w:t>
      </w:r>
    </w:p>
    <w:p w:rsidR="00B22505" w:rsidRPr="00361DA3" w:rsidRDefault="00C8000C">
      <w:pPr>
        <w:spacing w:after="40"/>
      </w:pPr>
      <w:r w:rsidRPr="00361DA3">
        <w:t>............</w:t>
      </w:r>
      <w:r w:rsidRPr="00361DA3">
        <w:t>....................................................................................................................</w:t>
      </w:r>
    </w:p>
    <w:p w:rsidR="00B22505" w:rsidRPr="00361DA3" w:rsidRDefault="00C8000C">
      <w:pPr>
        <w:spacing w:after="40"/>
      </w:pPr>
      <w:r w:rsidRPr="00361DA3">
        <w:rPr>
          <w:b/>
        </w:rPr>
        <w:t>Критерий 5.</w:t>
      </w:r>
      <w:r w:rsidRPr="00361DA3">
        <w:t xml:space="preserve"> Принос към дигиталното и STEM обучение: какъв конкретен инструмент или метод ще въведете, с каква цел и при какви мерки за безо</w:t>
      </w:r>
      <w:r w:rsidRPr="00361DA3">
        <w:t>пасност?</w:t>
      </w:r>
    </w:p>
    <w:p w:rsidR="00B22505" w:rsidRPr="00361DA3" w:rsidRDefault="00C8000C">
      <w:pPr>
        <w:spacing w:after="40"/>
      </w:pPr>
      <w:r w:rsidRPr="00361DA3">
        <w:t>................................................................................................................................</w:t>
      </w:r>
    </w:p>
    <w:p w:rsidR="00B22505" w:rsidRPr="00361DA3" w:rsidRDefault="00C8000C">
      <w:pPr>
        <w:spacing w:after="40"/>
      </w:pPr>
      <w:r w:rsidRPr="00361DA3">
        <w:t>......................................................................................................................</w:t>
      </w:r>
      <w:r w:rsidRPr="00361DA3">
        <w:t>..........</w:t>
      </w:r>
    </w:p>
    <w:p w:rsidR="00B22505" w:rsidRPr="00361DA3" w:rsidRDefault="00C8000C">
      <w:pPr>
        <w:spacing w:after="40"/>
      </w:pPr>
      <w:r w:rsidRPr="00361DA3">
        <w:rPr>
          <w:b/>
        </w:rPr>
        <w:t>Критерий 6.</w:t>
      </w:r>
      <w:r w:rsidRPr="00361DA3">
        <w:t xml:space="preserve"> Как ще се подготвите езиково и организационно, каква подкрепа Ви е нужна и как ще работите с приемащия екип и ще документирате ученето?</w:t>
      </w:r>
    </w:p>
    <w:p w:rsidR="00B22505" w:rsidRPr="00361DA3" w:rsidRDefault="00C8000C">
      <w:pPr>
        <w:spacing w:after="40"/>
      </w:pPr>
      <w:r w:rsidRPr="00361DA3">
        <w:t>................................................................................................................................</w:t>
      </w:r>
    </w:p>
    <w:p w:rsidR="00B22505" w:rsidRPr="00361DA3" w:rsidRDefault="00C8000C">
      <w:pPr>
        <w:spacing w:after="40"/>
      </w:pPr>
      <w:r w:rsidRPr="00361DA3">
        <w:t>...............................................................................................................................</w:t>
      </w:r>
      <w:r w:rsidRPr="00361DA3">
        <w:t>.</w:t>
      </w:r>
    </w:p>
    <w:p w:rsidR="00B22505" w:rsidRPr="00361DA3" w:rsidRDefault="00C8000C">
      <w:r w:rsidRPr="00361DA3">
        <w:t xml:space="preserve">Мобилност по „Еразъм+“ през последните 24 месеца: ☐ Не ☐ Да. При „Да“ – дата / период: </w:t>
      </w:r>
      <w:r w:rsidRPr="00361DA3">
        <w:t>........................</w:t>
      </w:r>
    </w:p>
    <w:p w:rsidR="00B22505" w:rsidRPr="00361DA3" w:rsidRDefault="00C8000C">
      <w:pPr>
        <w:jc w:val="both"/>
      </w:pPr>
      <w:r w:rsidRPr="00361DA3">
        <w:t>Декларирам, че данните са верни и съм запознат/а с условията, критериите и информацията за личните данни. При избор ще участвам в подготовката</w:t>
      </w:r>
      <w:r w:rsidRPr="00361DA3">
        <w:t>, мобилността, отчетността и споделянето на резултатите. Подписът не е съгласие за снимки или за обработване на здравни данни.</w:t>
      </w:r>
    </w:p>
    <w:p w:rsidR="00B22505" w:rsidRDefault="00C8000C">
      <w:r w:rsidRPr="00361DA3">
        <w:t xml:space="preserve">Дата: </w:t>
      </w:r>
      <w:r w:rsidRPr="00361DA3">
        <w:t>........................</w:t>
      </w:r>
      <w:r w:rsidRPr="00361DA3">
        <w:t xml:space="preserve"> Подпис: </w:t>
      </w:r>
      <w:r w:rsidRPr="00361DA3">
        <w:t>........................</w:t>
      </w:r>
    </w:p>
    <w:p w:rsidR="00B22505" w:rsidRDefault="00C8000C">
      <w:pPr>
        <w:spacing w:after="0"/>
      </w:pPr>
      <w:r>
        <w:br w:type="page"/>
      </w:r>
    </w:p>
    <w:p w:rsidR="00B22505" w:rsidRDefault="00C8000C">
      <w:pPr>
        <w:spacing w:after="160"/>
      </w:pPr>
      <w:r>
        <w:rPr>
          <w:b/>
          <w:sz w:val="28"/>
        </w:rPr>
        <w:lastRenderedPageBreak/>
        <w:t>ПОВЕРИТЕЛНА ЧАСТ – ПРЕЧКИ И ПОДКРЕПА</w:t>
      </w:r>
    </w:p>
    <w:p w:rsidR="00B22505" w:rsidRPr="00361DA3" w:rsidRDefault="00C8000C">
      <w:r w:rsidRPr="00361DA3">
        <w:t xml:space="preserve">Код на кандидата: </w:t>
      </w:r>
      <w:r w:rsidRPr="00361DA3">
        <w:t>........................</w:t>
      </w:r>
      <w:r w:rsidRPr="00361DA3">
        <w:t xml:space="preserve"> Дейност: ☐ А ☐ Б</w:t>
      </w:r>
    </w:p>
    <w:p w:rsidR="00B22505" w:rsidRPr="00361DA3" w:rsidRDefault="00C8000C">
      <w:r w:rsidRPr="00361DA3">
        <w:t>☐</w:t>
      </w:r>
      <w:r w:rsidRPr="00361DA3">
        <w:t xml:space="preserve"> Заявявам лична пречка пред участието и желая преценка за по-малко възможности.</w:t>
      </w:r>
    </w:p>
    <w:p w:rsidR="00B22505" w:rsidRPr="00361DA3" w:rsidRDefault="00C8000C">
      <w:r w:rsidRPr="00361DA3">
        <w:t>☐</w:t>
      </w:r>
      <w:r w:rsidRPr="00361DA3">
        <w:t xml:space="preserve"> Желая първо поверителен контакт за уточняване на необходимата информация.</w:t>
      </w:r>
    </w:p>
    <w:p w:rsidR="00B22505" w:rsidRPr="00361DA3" w:rsidRDefault="00C8000C">
      <w:r w:rsidRPr="00361DA3">
        <w:rPr>
          <w:i/>
          <w:sz w:val="17"/>
        </w:rPr>
        <w:t>Не вписвайте диагнози, данни за етнически произход, убежд</w:t>
      </w:r>
      <w:r w:rsidRPr="00361DA3">
        <w:rPr>
          <w:i/>
          <w:sz w:val="17"/>
        </w:rPr>
        <w:t>ения или други чувствителни сведения и не прилагайте медицински документи с общото заявление. Когато преценката ги изисква, първо се свържете с отговорното лице; уточнява се законният ред преди предоставянето им. Може да заявите само искане за контакт.</w:t>
      </w:r>
    </w:p>
    <w:p w:rsidR="00B22505" w:rsidRPr="00361DA3" w:rsidRDefault="00C8000C">
      <w:pPr>
        <w:spacing w:after="40"/>
      </w:pPr>
      <w:r w:rsidRPr="00361DA3">
        <w:t xml:space="preserve">1. </w:t>
      </w:r>
      <w:r w:rsidRPr="00361DA3">
        <w:t>Какво конкретно затруднява участието Ви?</w:t>
      </w:r>
    </w:p>
    <w:p w:rsidR="00B22505" w:rsidRPr="00361DA3" w:rsidRDefault="00C8000C">
      <w:pPr>
        <w:spacing w:after="40"/>
      </w:pPr>
      <w:r w:rsidRPr="00361DA3">
        <w:t>................................................................................................................................</w:t>
      </w:r>
    </w:p>
    <w:p w:rsidR="00B22505" w:rsidRPr="00361DA3" w:rsidRDefault="00C8000C">
      <w:pPr>
        <w:spacing w:after="40"/>
      </w:pPr>
      <w:r w:rsidRPr="00361DA3">
        <w:t>......................................................................................</w:t>
      </w:r>
      <w:r w:rsidRPr="00361DA3">
        <w:t>..........................................</w:t>
      </w:r>
    </w:p>
    <w:p w:rsidR="00B22505" w:rsidRPr="00361DA3" w:rsidRDefault="00C8000C">
      <w:pPr>
        <w:spacing w:after="40"/>
      </w:pPr>
      <w:r w:rsidRPr="00361DA3">
        <w:t>2. Каква подкрепа ще намали или преодолее пречката?</w:t>
      </w:r>
    </w:p>
    <w:p w:rsidR="00B22505" w:rsidRPr="00361DA3" w:rsidRDefault="00C8000C">
      <w:pPr>
        <w:spacing w:after="40"/>
      </w:pPr>
      <w:r w:rsidRPr="00361DA3">
        <w:t>................................................................................................................................</w:t>
      </w:r>
    </w:p>
    <w:p w:rsidR="00B22505" w:rsidRPr="00361DA3" w:rsidRDefault="00C8000C">
      <w:pPr>
        <w:spacing w:after="40"/>
      </w:pPr>
      <w:r w:rsidRPr="00361DA3">
        <w:t>................................</w:t>
      </w:r>
      <w:r w:rsidRPr="00361DA3">
        <w:t>................................................................................................</w:t>
      </w:r>
    </w:p>
    <w:p w:rsidR="00B22505" w:rsidRPr="00361DA3" w:rsidRDefault="00C8000C">
      <w:pPr>
        <w:spacing w:after="40"/>
      </w:pPr>
      <w:r w:rsidRPr="00361DA3">
        <w:t>3. С какви налични доказателства или служебни данни разполагате?</w:t>
      </w:r>
    </w:p>
    <w:p w:rsidR="00B22505" w:rsidRPr="00361DA3" w:rsidRDefault="00C8000C">
      <w:pPr>
        <w:spacing w:after="40"/>
      </w:pPr>
      <w:r w:rsidRPr="00361DA3">
        <w:t>..............................................................................................</w:t>
      </w:r>
      <w:r w:rsidRPr="00361DA3">
        <w:t>..................................</w:t>
      </w:r>
    </w:p>
    <w:p w:rsidR="00B22505" w:rsidRPr="00361DA3" w:rsidRDefault="00C8000C">
      <w:pPr>
        <w:spacing w:after="40"/>
      </w:pPr>
      <w:r w:rsidRPr="00361DA3">
        <w:t>................................................................................................................................</w:t>
      </w:r>
    </w:p>
    <w:p w:rsidR="00B22505" w:rsidRPr="00361DA3" w:rsidRDefault="00C8000C">
      <w:pPr>
        <w:jc w:val="both"/>
      </w:pPr>
      <w:r w:rsidRPr="00361DA3">
        <w:t xml:space="preserve">Когато формален документ не е достъпен, посочете причината. Нуждата от подкрепа не намалява </w:t>
      </w:r>
      <w:r w:rsidRPr="00361DA3">
        <w:t>професионалната оценка и не създава автоматично право на определена сума.</w:t>
      </w:r>
    </w:p>
    <w:p w:rsidR="00B22505" w:rsidRPr="00361DA3" w:rsidRDefault="00C8000C">
      <w:r w:rsidRPr="00361DA3">
        <w:t>Декларирам, че предоставената информация е вярна и желая поверителна преценка на искането ми.</w:t>
      </w:r>
    </w:p>
    <w:p w:rsidR="00B22505" w:rsidRPr="00361DA3" w:rsidRDefault="00C8000C">
      <w:r w:rsidRPr="00361DA3">
        <w:t xml:space="preserve">Дата: </w:t>
      </w:r>
      <w:r w:rsidRPr="00361DA3">
        <w:t>........................</w:t>
      </w:r>
      <w:r w:rsidRPr="00361DA3">
        <w:t xml:space="preserve"> Подпис: </w:t>
      </w:r>
      <w:r w:rsidRPr="00361DA3">
        <w:t>........................</w:t>
      </w:r>
    </w:p>
    <w:p w:rsidR="00B22505" w:rsidRPr="00361DA3" w:rsidRDefault="00C8000C">
      <w:pPr>
        <w:keepNext/>
        <w:spacing w:before="160" w:after="60"/>
      </w:pPr>
      <w:r w:rsidRPr="00361DA3">
        <w:rPr>
          <w:b/>
          <w:sz w:val="21"/>
        </w:rPr>
        <w:t xml:space="preserve">Служебно решение и план </w:t>
      </w:r>
      <w:r w:rsidRPr="00361DA3">
        <w:rPr>
          <w:b/>
          <w:sz w:val="21"/>
        </w:rPr>
        <w:t>за подкрепа</w:t>
      </w:r>
    </w:p>
    <w:p w:rsidR="00B22505" w:rsidRPr="00361DA3" w:rsidRDefault="00C8000C">
      <w:r w:rsidRPr="00361DA3">
        <w:t>Решение: ☐ Потвърждава се ☐ Не се потвърждава наличие на по-малко възможности.</w:t>
      </w:r>
    </w:p>
    <w:p w:rsidR="00B22505" w:rsidRPr="00361DA3" w:rsidRDefault="00C8000C">
      <w:r w:rsidRPr="00361DA3">
        <w:t xml:space="preserve">Референция: код на заявлението + дата: </w:t>
      </w:r>
      <w:r w:rsidRPr="00361DA3">
        <w:t>........................</w:t>
      </w:r>
    </w:p>
    <w:p w:rsidR="00B22505" w:rsidRPr="00361DA3" w:rsidRDefault="00C8000C">
      <w:pPr>
        <w:spacing w:after="40"/>
      </w:pPr>
      <w:r w:rsidRPr="00361DA3">
        <w:t>Установена пречка, отражение върху участието, доказателство и мотиви:</w:t>
      </w:r>
    </w:p>
    <w:p w:rsidR="00B22505" w:rsidRPr="00361DA3" w:rsidRDefault="00C8000C">
      <w:pPr>
        <w:spacing w:after="40"/>
      </w:pPr>
      <w:r w:rsidRPr="00361DA3">
        <w:t>................................................................................................................................</w:t>
      </w:r>
    </w:p>
    <w:p w:rsidR="00B22505" w:rsidRPr="00361DA3" w:rsidRDefault="00C8000C">
      <w:pPr>
        <w:spacing w:after="40"/>
      </w:pPr>
      <w:r w:rsidRPr="00361DA3">
        <w:t>...............................................................................................................................</w:t>
      </w:r>
      <w:r w:rsidRPr="00361DA3">
        <w:t>.</w:t>
      </w:r>
    </w:p>
    <w:tbl>
      <w:tblPr>
        <w:tblStyle w:val="aff2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28"/>
        <w:gridCol w:w="2154"/>
        <w:gridCol w:w="2041"/>
        <w:gridCol w:w="2041"/>
      </w:tblGrid>
      <w:tr w:rsidR="00B22505" w:rsidRPr="00361DA3">
        <w:trPr>
          <w:jc w:val="center"/>
        </w:trPr>
        <w:tc>
          <w:tcPr>
            <w:tcW w:w="3628" w:type="dxa"/>
          </w:tcPr>
          <w:p w:rsidR="00B22505" w:rsidRPr="00361DA3" w:rsidRDefault="00C8000C">
            <w:pPr>
              <w:spacing w:after="20"/>
            </w:pPr>
            <w:r w:rsidRPr="00361DA3">
              <w:rPr>
                <w:b/>
                <w:sz w:val="18"/>
              </w:rPr>
              <w:t>Мярка за подкрепа</w:t>
            </w:r>
          </w:p>
        </w:tc>
        <w:tc>
          <w:tcPr>
            <w:tcW w:w="2154" w:type="dxa"/>
          </w:tcPr>
          <w:p w:rsidR="00B22505" w:rsidRPr="00361DA3" w:rsidRDefault="00C8000C">
            <w:pPr>
              <w:spacing w:after="20"/>
            </w:pPr>
            <w:r w:rsidRPr="00361DA3">
              <w:rPr>
                <w:b/>
                <w:sz w:val="18"/>
              </w:rPr>
              <w:t>Отговорник</w:t>
            </w:r>
          </w:p>
        </w:tc>
        <w:tc>
          <w:tcPr>
            <w:tcW w:w="2041" w:type="dxa"/>
          </w:tcPr>
          <w:p w:rsidR="00B22505" w:rsidRPr="00361DA3" w:rsidRDefault="00C8000C">
            <w:pPr>
              <w:spacing w:after="20"/>
            </w:pPr>
            <w:r w:rsidRPr="00361DA3">
              <w:rPr>
                <w:b/>
                <w:sz w:val="18"/>
              </w:rPr>
              <w:t>Срок / ресурс</w:t>
            </w:r>
          </w:p>
        </w:tc>
        <w:tc>
          <w:tcPr>
            <w:tcW w:w="2041" w:type="dxa"/>
          </w:tcPr>
          <w:p w:rsidR="00B22505" w:rsidRPr="00361DA3" w:rsidRDefault="00C8000C">
            <w:pPr>
              <w:spacing w:after="20"/>
            </w:pPr>
            <w:r w:rsidRPr="00361DA3">
              <w:rPr>
                <w:b/>
                <w:sz w:val="18"/>
              </w:rPr>
              <w:t>Изпълнение</w:t>
            </w:r>
          </w:p>
        </w:tc>
      </w:tr>
      <w:tr w:rsidR="00B22505" w:rsidRPr="00361DA3">
        <w:trPr>
          <w:jc w:val="center"/>
        </w:trPr>
        <w:tc>
          <w:tcPr>
            <w:tcW w:w="3628" w:type="dxa"/>
          </w:tcPr>
          <w:p w:rsidR="00B22505" w:rsidRPr="00361DA3" w:rsidRDefault="00B22505">
            <w:pPr>
              <w:spacing w:after="20"/>
            </w:pPr>
          </w:p>
        </w:tc>
        <w:tc>
          <w:tcPr>
            <w:tcW w:w="2154" w:type="dxa"/>
          </w:tcPr>
          <w:p w:rsidR="00B22505" w:rsidRPr="00361DA3" w:rsidRDefault="00B22505">
            <w:pPr>
              <w:spacing w:after="20"/>
            </w:pPr>
          </w:p>
        </w:tc>
        <w:tc>
          <w:tcPr>
            <w:tcW w:w="2041" w:type="dxa"/>
          </w:tcPr>
          <w:p w:rsidR="00B22505" w:rsidRPr="00361DA3" w:rsidRDefault="00B22505">
            <w:pPr>
              <w:spacing w:after="20"/>
            </w:pPr>
          </w:p>
        </w:tc>
        <w:tc>
          <w:tcPr>
            <w:tcW w:w="2041" w:type="dxa"/>
          </w:tcPr>
          <w:p w:rsidR="00B22505" w:rsidRPr="00361DA3" w:rsidRDefault="00B22505">
            <w:pPr>
              <w:spacing w:after="20"/>
            </w:pPr>
          </w:p>
        </w:tc>
      </w:tr>
      <w:tr w:rsidR="00B22505" w:rsidRPr="00361DA3">
        <w:trPr>
          <w:jc w:val="center"/>
        </w:trPr>
        <w:tc>
          <w:tcPr>
            <w:tcW w:w="3628" w:type="dxa"/>
          </w:tcPr>
          <w:p w:rsidR="00B22505" w:rsidRPr="00361DA3" w:rsidRDefault="00B22505">
            <w:pPr>
              <w:spacing w:after="20"/>
            </w:pPr>
          </w:p>
        </w:tc>
        <w:tc>
          <w:tcPr>
            <w:tcW w:w="2154" w:type="dxa"/>
          </w:tcPr>
          <w:p w:rsidR="00B22505" w:rsidRPr="00361DA3" w:rsidRDefault="00B22505">
            <w:pPr>
              <w:spacing w:after="20"/>
            </w:pPr>
          </w:p>
        </w:tc>
        <w:tc>
          <w:tcPr>
            <w:tcW w:w="2041" w:type="dxa"/>
          </w:tcPr>
          <w:p w:rsidR="00B22505" w:rsidRPr="00361DA3" w:rsidRDefault="00B22505">
            <w:pPr>
              <w:spacing w:after="20"/>
            </w:pPr>
          </w:p>
        </w:tc>
        <w:tc>
          <w:tcPr>
            <w:tcW w:w="2041" w:type="dxa"/>
          </w:tcPr>
          <w:p w:rsidR="00B22505" w:rsidRPr="00361DA3" w:rsidRDefault="00B22505">
            <w:pPr>
              <w:spacing w:after="20"/>
            </w:pPr>
          </w:p>
        </w:tc>
      </w:tr>
      <w:tr w:rsidR="00B22505" w:rsidRPr="00361DA3">
        <w:trPr>
          <w:jc w:val="center"/>
        </w:trPr>
        <w:tc>
          <w:tcPr>
            <w:tcW w:w="3628" w:type="dxa"/>
          </w:tcPr>
          <w:p w:rsidR="00B22505" w:rsidRPr="00361DA3" w:rsidRDefault="00B22505">
            <w:pPr>
              <w:spacing w:after="20"/>
            </w:pPr>
          </w:p>
        </w:tc>
        <w:tc>
          <w:tcPr>
            <w:tcW w:w="2154" w:type="dxa"/>
          </w:tcPr>
          <w:p w:rsidR="00B22505" w:rsidRPr="00361DA3" w:rsidRDefault="00B22505">
            <w:pPr>
              <w:spacing w:after="20"/>
            </w:pPr>
          </w:p>
        </w:tc>
        <w:tc>
          <w:tcPr>
            <w:tcW w:w="2041" w:type="dxa"/>
          </w:tcPr>
          <w:p w:rsidR="00B22505" w:rsidRPr="00361DA3" w:rsidRDefault="00B22505">
            <w:pPr>
              <w:spacing w:after="20"/>
            </w:pPr>
          </w:p>
        </w:tc>
        <w:tc>
          <w:tcPr>
            <w:tcW w:w="2041" w:type="dxa"/>
          </w:tcPr>
          <w:p w:rsidR="00B22505" w:rsidRPr="00361DA3" w:rsidRDefault="00B22505">
            <w:pPr>
              <w:spacing w:after="20"/>
            </w:pPr>
          </w:p>
        </w:tc>
      </w:tr>
    </w:tbl>
    <w:p w:rsidR="00B22505" w:rsidRPr="00361DA3" w:rsidRDefault="00B22505">
      <w:pPr>
        <w:spacing w:after="40"/>
      </w:pPr>
    </w:p>
    <w:p w:rsidR="00B22505" w:rsidRPr="00361DA3" w:rsidRDefault="00C8000C">
      <w:r w:rsidRPr="00361DA3">
        <w:t xml:space="preserve">Разгледал: </w:t>
      </w:r>
      <w:r w:rsidRPr="00361DA3">
        <w:t>........................</w:t>
      </w:r>
      <w:r w:rsidRPr="00361DA3">
        <w:t xml:space="preserve"> Проверил: </w:t>
      </w:r>
      <w:r w:rsidRPr="00361DA3">
        <w:t>........................</w:t>
      </w:r>
    </w:p>
    <w:p w:rsidR="00B22505" w:rsidRPr="00361DA3" w:rsidRDefault="00C8000C">
      <w:r w:rsidRPr="00361DA3">
        <w:t xml:space="preserve">Подписи: </w:t>
      </w:r>
      <w:r w:rsidRPr="00361DA3">
        <w:t>........................</w:t>
      </w:r>
      <w:r w:rsidRPr="00361DA3">
        <w:t xml:space="preserve"> Дата: </w:t>
      </w:r>
      <w:r w:rsidRPr="00361DA3">
        <w:t>........................</w:t>
      </w:r>
    </w:p>
    <w:p w:rsidR="00B22505" w:rsidRPr="00361DA3" w:rsidRDefault="00C8000C">
      <w:r w:rsidRPr="00361DA3">
        <w:t xml:space="preserve">Кандидатът е уведомен: дата / начин </w:t>
      </w:r>
      <w:r w:rsidRPr="00361DA3">
        <w:t>........................</w:t>
      </w:r>
    </w:p>
    <w:p w:rsidR="00B22505" w:rsidRDefault="00C8000C">
      <w:r w:rsidRPr="00361DA3">
        <w:rPr>
          <w:i/>
          <w:sz w:val="17"/>
        </w:rPr>
        <w:t>Тази част и доказателствата се пазят отделно при оправомощените лица. Оценителите получават само решението и референцията, без личните подробности. Подкрепата се потвърждава преди заминаване.</w:t>
      </w:r>
      <w:bookmarkStart w:id="0" w:name="_GoBack"/>
      <w:bookmarkEnd w:id="0"/>
    </w:p>
    <w:sectPr w:rsidR="00B22505" w:rsidSect="00034616">
      <w:headerReference w:type="default" r:id="rId11"/>
      <w:pgSz w:w="11906" w:h="16838"/>
      <w:pgMar w:top="1474" w:right="1020" w:bottom="1020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8000C" w:rsidRDefault="00C8000C">
      <w:pPr>
        <w:spacing w:after="0" w:line="240" w:lineRule="auto"/>
      </w:pPr>
      <w:r>
        <w:separator/>
      </w:r>
    </w:p>
  </w:endnote>
  <w:endnote w:type="continuationSeparator" w:id="0">
    <w:p w:rsidR="00C8000C" w:rsidRDefault="00C80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8000C" w:rsidRDefault="00C8000C">
      <w:pPr>
        <w:spacing w:after="0" w:line="240" w:lineRule="auto"/>
      </w:pPr>
      <w:r>
        <w:separator/>
      </w:r>
    </w:p>
  </w:footnote>
  <w:footnote w:type="continuationSeparator" w:id="0">
    <w:p w:rsidR="00C8000C" w:rsidRDefault="00C80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2505" w:rsidRDefault="00C8000C">
    <w:pPr>
      <w:pStyle w:val="a5"/>
    </w:pPr>
    <w:r>
      <w:rPr>
        <w:noProof/>
        <w:lang w:val="bg-BG" w:eastAsia="bg-BG"/>
      </w:rPr>
      <w:drawing>
        <wp:inline distT="0" distB="0" distL="0" distR="0">
          <wp:extent cx="1655999" cy="348366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u_logo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655999" cy="34836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361DA3"/>
    <w:rsid w:val="00AA1D8D"/>
    <w:rsid w:val="00B22505"/>
    <w:rsid w:val="00B47730"/>
    <w:rsid w:val="00B5671C"/>
    <w:rsid w:val="00C8000C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8437DA9E-056D-403E-BF34-F9F569585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FC693F"/>
    <w:pPr>
      <w:spacing w:after="80" w:line="259" w:lineRule="auto"/>
    </w:pPr>
    <w:rPr>
      <w:rFonts w:ascii="Arial" w:eastAsia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Горен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Долен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лавие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лавие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лавие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лав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лавие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ен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ен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ен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на макрос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лавие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лавие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лавие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лавие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лавие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лавие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Интензивно цитиране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7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8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9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0E2586DCE1B3884FBD01B5C186B2112F" ma:contentTypeVersion="13" ma:contentTypeDescription="Създаване на нов документ" ma:contentTypeScope="" ma:versionID="d1fe4ec21b7a4e7742f7ffd43f5e1802">
  <xsd:schema xmlns:xsd="http://www.w3.org/2001/XMLSchema" xmlns:xs="http://www.w3.org/2001/XMLSchema" xmlns:p="http://schemas.microsoft.com/office/2006/metadata/properties" xmlns:ns2="0340c459-c568-487c-9848-6d45b08a5fb7" xmlns:ns3="a255a92e-897a-418b-997c-6db742ed9c2d" targetNamespace="http://schemas.microsoft.com/office/2006/metadata/properties" ma:root="true" ma:fieldsID="15ab5fb7e29384604583a288e0557941" ns2:_="" ns3:_="">
    <xsd:import namespace="0340c459-c568-487c-9848-6d45b08a5fb7"/>
    <xsd:import namespace="a255a92e-897a-418b-997c-6db742ed9c2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40c459-c568-487c-9848-6d45b08a5f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b13c5a82-29fe-47c1-95c5-333e2bfbf91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55a92e-897a-418b-997c-6db742ed9c2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c3fc1e2-2edc-46ae-b014-605702caf510}" ma:internalName="TaxCatchAll" ma:showField="CatchAllData" ma:web="a255a92e-897a-418b-997c-6db742ed9c2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255a92e-897a-418b-997c-6db742ed9c2d" xsi:nil="true"/>
    <lcf76f155ced4ddcb4097134ff3c332f xmlns="0340c459-c568-487c-9848-6d45b08a5fb7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54E2F5E-AF55-465D-9F77-90475123703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8A66084-7E46-4366-B409-B063E0DD354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40c459-c568-487c-9848-6d45b08a5fb7"/>
    <ds:schemaRef ds:uri="a255a92e-897a-418b-997c-6db742ed9c2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02AD9FB-FF83-4CCE-8284-CF130C2A36B5}">
  <ds:schemaRefs>
    <ds:schemaRef ds:uri="http://schemas.microsoft.com/office/2006/metadata/properties"/>
    <ds:schemaRef ds:uri="http://schemas.microsoft.com/office/infopath/2007/PartnerControls"/>
    <ds:schemaRef ds:uri="a255a92e-897a-418b-997c-6db742ed9c2d"/>
    <ds:schemaRef ds:uri="0340c459-c568-487c-9848-6d45b08a5fb7"/>
  </ds:schemaRefs>
</ds:datastoreItem>
</file>

<file path=customXml/itemProps4.xml><?xml version="1.0" encoding="utf-8"?>
<ds:datastoreItem xmlns:ds="http://schemas.openxmlformats.org/officeDocument/2006/customXml" ds:itemID="{BAC06DFB-7D19-4AD7-B9D8-D6957404D9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963</Words>
  <Characters>5494</Characters>
  <Application>Microsoft Office Word</Application>
  <DocSecurity>0</DocSecurity>
  <Lines>45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6445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LENOVO</cp:lastModifiedBy>
  <cp:revision>2</cp:revision>
  <dcterms:created xsi:type="dcterms:W3CDTF">2026-10-27T11:26:00Z</dcterms:created>
  <dcterms:modified xsi:type="dcterms:W3CDTF">2026-10-27T11:26:00Z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5320800</vt:r8>
  </property>
  <property fmtid="{D5CDD505-2E9C-101B-9397-08002B2CF9AE}" pid="3" name="ContentTypeId">
    <vt:lpwstr>0x0101000E2586DCE1B3884FBD01B5C186B2112F</vt:lpwstr>
  </property>
  <property fmtid="{D5CDD505-2E9C-101B-9397-08002B2CF9AE}" pid="4" name="_SourceUrl">
    <vt:lpwstr/>
  </property>
  <property fmtid="{D5CDD505-2E9C-101B-9397-08002B2CF9AE}" pid="5" name="_SharedFileIndex">
    <vt:lpwstr/>
  </property>
  <property fmtid="{D5CDD505-2E9C-101B-9397-08002B2CF9AE}" pid="6" name="ComplianceAsset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</Properties>
</file>